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F8" w:rsidRDefault="00DB3732">
      <w:pPr>
        <w:spacing w:after="240"/>
        <w:jc w:val="center"/>
      </w:pPr>
      <w:r>
        <w:rPr>
          <w:rFonts w:ascii="ＭＳ ゴシック" w:hAnsi="ＭＳ ゴシック" w:hint="eastAsia"/>
          <w:b/>
          <w:sz w:val="32"/>
          <w:lang w:eastAsia="ja-JP"/>
        </w:rPr>
        <w:t>令和８年度</w:t>
      </w:r>
      <w:r>
        <w:rPr>
          <w:rFonts w:ascii="ＭＳ ゴシック" w:hAnsi="ＭＳ ゴシック" w:hint="eastAsia"/>
          <w:b/>
          <w:sz w:val="32"/>
          <w:lang w:eastAsia="ja-JP"/>
        </w:rPr>
        <w:t xml:space="preserve"> </w:t>
      </w:r>
      <w:r w:rsidR="00B50448">
        <w:rPr>
          <w:rFonts w:ascii="ＭＳ ゴシック" w:hAnsi="ＭＳ ゴシック" w:hint="eastAsia"/>
          <w:b/>
          <w:sz w:val="32"/>
          <w:lang w:eastAsia="ja-JP"/>
        </w:rPr>
        <w:t>飯田市</w:t>
      </w:r>
      <w:r w:rsidR="00B45CCF">
        <w:rPr>
          <w:rFonts w:ascii="ＭＳ ゴシック" w:hAnsi="ＭＳ ゴシック"/>
          <w:b/>
          <w:sz w:val="32"/>
        </w:rPr>
        <w:t>防災士養成研修</w:t>
      </w:r>
      <w:r w:rsidR="00BA0B79">
        <w:rPr>
          <w:rFonts w:ascii="ＭＳ ゴシック" w:hAnsi="ＭＳ ゴシック" w:hint="eastAsia"/>
          <w:b/>
          <w:sz w:val="32"/>
          <w:lang w:eastAsia="ja-JP"/>
        </w:rPr>
        <w:t>会</w:t>
      </w:r>
      <w:r w:rsidR="00B45CCF">
        <w:rPr>
          <w:rFonts w:ascii="ＭＳ ゴシック" w:hAnsi="ＭＳ ゴシック"/>
          <w:b/>
          <w:sz w:val="32"/>
        </w:rPr>
        <w:t xml:space="preserve"> </w:t>
      </w:r>
      <w:r w:rsidR="00B45CCF">
        <w:rPr>
          <w:rFonts w:ascii="ＭＳ ゴシック" w:hAnsi="ＭＳ ゴシック"/>
          <w:b/>
          <w:sz w:val="32"/>
        </w:rPr>
        <w:t>受講申込書兼誓約書</w:t>
      </w:r>
    </w:p>
    <w:p w:rsidR="00C355F8" w:rsidRDefault="00B45CCF">
      <w:pPr>
        <w:jc w:val="right"/>
      </w:pPr>
      <w:r>
        <w:t>申込日：令和</w:t>
      </w:r>
      <w:r w:rsidR="000521A8">
        <w:rPr>
          <w:rFonts w:hint="eastAsia"/>
          <w:lang w:eastAsia="ja-JP"/>
        </w:rPr>
        <w:t>８</w:t>
      </w:r>
      <w:r>
        <w:t>年　　月　　日</w:t>
      </w:r>
    </w:p>
    <w:p w:rsidR="00C355F8" w:rsidRDefault="00B50448">
      <w:pPr>
        <w:spacing w:after="160"/>
        <w:rPr>
          <w:lang w:eastAsia="ja-JP"/>
        </w:rPr>
      </w:pPr>
      <w:r>
        <w:rPr>
          <w:b/>
          <w:lang w:eastAsia="ja-JP"/>
        </w:rPr>
        <w:t xml:space="preserve">飯田市長　</w:t>
      </w:r>
      <w:bookmarkStart w:id="0" w:name="_GoBack"/>
      <w:bookmarkEnd w:id="0"/>
    </w:p>
    <w:p w:rsidR="00C355F8" w:rsidRDefault="00B45CCF" w:rsidP="00072709">
      <w:pPr>
        <w:spacing w:after="360"/>
        <w:ind w:firstLineChars="100" w:firstLine="210"/>
        <w:rPr>
          <w:lang w:eastAsia="ja-JP"/>
        </w:rPr>
      </w:pPr>
      <w:r>
        <w:rPr>
          <w:lang w:eastAsia="ja-JP"/>
        </w:rPr>
        <w:t>私は、飯田市が実施する防災</w:t>
      </w:r>
      <w:r w:rsidR="00072709">
        <w:rPr>
          <w:lang w:eastAsia="ja-JP"/>
        </w:rPr>
        <w:t>士養成研修事業の趣旨を理解し、資格取得後は地域の自主防災組織</w:t>
      </w:r>
      <w:r w:rsidR="00072709">
        <w:rPr>
          <w:rFonts w:hint="eastAsia"/>
          <w:lang w:eastAsia="ja-JP"/>
        </w:rPr>
        <w:t>と連携</w:t>
      </w:r>
      <w:r>
        <w:rPr>
          <w:lang w:eastAsia="ja-JP"/>
        </w:rPr>
        <w:t>して活動すること、ならびに後記の誓約</w:t>
      </w:r>
      <w:r w:rsidR="00B50448">
        <w:rPr>
          <w:lang w:eastAsia="ja-JP"/>
        </w:rPr>
        <w:t>事項</w:t>
      </w:r>
      <w:r w:rsidR="00B50448">
        <w:rPr>
          <w:rFonts w:hint="eastAsia"/>
          <w:lang w:eastAsia="ja-JP"/>
        </w:rPr>
        <w:t>を</w:t>
      </w:r>
      <w:r w:rsidR="00B50448">
        <w:rPr>
          <w:lang w:eastAsia="ja-JP"/>
        </w:rPr>
        <w:t>すべて</w:t>
      </w:r>
      <w:r w:rsidR="00B50448">
        <w:rPr>
          <w:rFonts w:hint="eastAsia"/>
          <w:lang w:eastAsia="ja-JP"/>
        </w:rPr>
        <w:t>確認</w:t>
      </w:r>
      <w:r>
        <w:rPr>
          <w:lang w:eastAsia="ja-JP"/>
        </w:rPr>
        <w:t>の上、受講を申し込みます。</w:t>
      </w:r>
    </w:p>
    <w:p w:rsidR="00C355F8" w:rsidRDefault="00B45CCF">
      <w:pPr>
        <w:spacing w:after="120"/>
      </w:pPr>
      <w:r>
        <w:rPr>
          <w:rFonts w:ascii="ＭＳ ゴシック" w:hAnsi="ＭＳ ゴシック"/>
          <w:b/>
          <w:sz w:val="24"/>
        </w:rPr>
        <w:t xml:space="preserve">1. </w:t>
      </w:r>
      <w:r>
        <w:rPr>
          <w:rFonts w:ascii="ＭＳ ゴシック" w:hAnsi="ＭＳ ゴシック"/>
          <w:b/>
          <w:sz w:val="24"/>
        </w:rPr>
        <w:t>受講者個人情報</w:t>
      </w:r>
    </w:p>
    <w:tbl>
      <w:tblPr>
        <w:tblW w:w="9846" w:type="dxa"/>
        <w:jc w:val="center"/>
        <w:tblLayout w:type="fixed"/>
        <w:tblLook w:val="04A0" w:firstRow="1" w:lastRow="0" w:firstColumn="1" w:lastColumn="0" w:noHBand="0" w:noVBand="1"/>
      </w:tblPr>
      <w:tblGrid>
        <w:gridCol w:w="1933"/>
        <w:gridCol w:w="7913"/>
      </w:tblGrid>
      <w:tr w:rsidR="00C355F8" w:rsidTr="006B25A4">
        <w:trPr>
          <w:trHeight w:val="534"/>
          <w:jc w:val="center"/>
        </w:trPr>
        <w:tc>
          <w:tcPr>
            <w:tcW w:w="19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BA0B79" w:rsidRPr="00BA0B79" w:rsidRDefault="00BA0B79">
            <w:pPr>
              <w:rPr>
                <w:rFonts w:ascii="ＭＳ ゴシック" w:hAnsi="ＭＳ ゴシック"/>
                <w:b/>
              </w:rPr>
            </w:pPr>
            <w:r>
              <w:rPr>
                <w:rFonts w:ascii="ＭＳ ゴシック" w:hAnsi="ＭＳ ゴシック"/>
                <w:b/>
              </w:rPr>
              <w:t>フリガナ</w:t>
            </w:r>
            <w:r w:rsidR="00BD5534">
              <w:rPr>
                <w:rFonts w:ascii="ＭＳ ゴシック" w:hAnsi="ＭＳ ゴシック"/>
                <w:b/>
              </w:rPr>
              <w:br/>
            </w:r>
            <w:r w:rsidR="00BD5534">
              <w:rPr>
                <w:rFonts w:ascii="ＭＳ ゴシック" w:hAnsi="ＭＳ ゴシック"/>
                <w:b/>
              </w:rPr>
              <w:br/>
            </w:r>
            <w:r>
              <w:rPr>
                <w:rFonts w:ascii="ＭＳ ゴシック" w:hAnsi="ＭＳ ゴシック" w:hint="eastAsia"/>
                <w:b/>
                <w:lang w:eastAsia="ja-JP"/>
              </w:rPr>
              <w:t>氏名</w:t>
            </w:r>
          </w:p>
        </w:tc>
        <w:tc>
          <w:tcPr>
            <w:tcW w:w="79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C355F8" w:rsidRDefault="00B45CCF" w:rsidP="00BD5534">
            <w:pPr>
              <w:rPr>
                <w:lang w:eastAsia="ja-JP"/>
              </w:rPr>
            </w:pPr>
            <w:r>
              <w:rPr>
                <w:lang w:eastAsia="ja-JP"/>
              </w:rPr>
              <w:t>（フリガナ：　　　　　　　　　　　　　　　　）</w:t>
            </w:r>
            <w:r w:rsidR="00BD5534"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 w:rsidR="00911CEC">
              <w:rPr>
                <w:lang w:eastAsia="ja-JP"/>
              </w:rPr>
              <w:t xml:space="preserve">氏名：　　　　　　　　　　　　　　　　　</w:t>
            </w:r>
          </w:p>
        </w:tc>
      </w:tr>
      <w:tr w:rsidR="00C355F8" w:rsidTr="006B25A4">
        <w:trPr>
          <w:trHeight w:val="270"/>
          <w:jc w:val="center"/>
        </w:trPr>
        <w:tc>
          <w:tcPr>
            <w:tcW w:w="19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C355F8" w:rsidRDefault="00B45CCF">
            <w:r>
              <w:rPr>
                <w:rFonts w:ascii="ＭＳ ゴシック" w:hAnsi="ＭＳ ゴシック"/>
                <w:b/>
              </w:rPr>
              <w:t>生年月日</w:t>
            </w:r>
          </w:p>
        </w:tc>
        <w:tc>
          <w:tcPr>
            <w:tcW w:w="79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C355F8" w:rsidRDefault="00B45CCF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 昭和 ・ 平成 </w:t>
            </w:r>
            <w:r w:rsidR="00D56D40">
              <w:rPr>
                <w:lang w:eastAsia="ja-JP"/>
              </w:rPr>
              <w:t xml:space="preserve">　　年</w:t>
            </w:r>
            <w:r w:rsidR="00D56D40">
              <w:rPr>
                <w:rFonts w:hint="eastAsia"/>
                <w:lang w:eastAsia="ja-JP"/>
              </w:rPr>
              <w:t xml:space="preserve"> 　　</w:t>
            </w:r>
            <w:r>
              <w:rPr>
                <w:lang w:eastAsia="ja-JP"/>
              </w:rPr>
              <w:t>月</w:t>
            </w:r>
            <w:r w:rsidR="00D56D40">
              <w:rPr>
                <w:rFonts w:hint="eastAsia"/>
                <w:lang w:eastAsia="ja-JP"/>
              </w:rPr>
              <w:t xml:space="preserve"> </w:t>
            </w:r>
            <w:r>
              <w:rPr>
                <w:lang w:eastAsia="ja-JP"/>
              </w:rPr>
              <w:t xml:space="preserve">　　日生 </w:t>
            </w:r>
            <w:r w:rsidR="00BA0B79">
              <w:rPr>
                <w:lang w:eastAsia="ja-JP"/>
              </w:rPr>
              <w:t>（</w:t>
            </w:r>
            <w:r w:rsidR="00D56D40">
              <w:rPr>
                <w:rFonts w:hint="eastAsia"/>
                <w:lang w:eastAsia="ja-JP"/>
              </w:rPr>
              <w:t xml:space="preserve">　　 </w:t>
            </w:r>
            <w:r>
              <w:rPr>
                <w:lang w:eastAsia="ja-JP"/>
              </w:rPr>
              <w:t>歳）</w:t>
            </w:r>
          </w:p>
        </w:tc>
      </w:tr>
      <w:tr w:rsidR="00C355F8" w:rsidTr="006B25A4">
        <w:trPr>
          <w:trHeight w:val="1234"/>
          <w:jc w:val="center"/>
        </w:trPr>
        <w:tc>
          <w:tcPr>
            <w:tcW w:w="19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C355F8" w:rsidRPr="00BD5534" w:rsidRDefault="00B45CCF">
            <w:pPr>
              <w:rPr>
                <w:rFonts w:ascii="ＭＳ ゴシック" w:hAnsi="ＭＳ ゴシック"/>
                <w:b/>
              </w:rPr>
            </w:pPr>
            <w:r>
              <w:rPr>
                <w:rFonts w:ascii="ＭＳ ゴシック" w:hAnsi="ＭＳ ゴシック"/>
                <w:b/>
              </w:rPr>
              <w:t>現住所</w:t>
            </w:r>
            <w:r w:rsidR="00BD5534">
              <w:rPr>
                <w:rFonts w:ascii="ＭＳ ゴシック" w:hAnsi="ＭＳ ゴシック"/>
                <w:b/>
              </w:rPr>
              <w:br/>
            </w:r>
            <w:r w:rsidR="00BD5534">
              <w:rPr>
                <w:rFonts w:ascii="ＭＳ ゴシック" w:hAnsi="ＭＳ ゴシック"/>
                <w:b/>
              </w:rPr>
              <w:br/>
            </w:r>
            <w:r w:rsidR="00BD5534">
              <w:rPr>
                <w:rFonts w:ascii="ＭＳ ゴシック" w:hAnsi="ＭＳ ゴシック"/>
                <w:b/>
              </w:rPr>
              <w:br/>
            </w:r>
            <w:r w:rsidR="00BD5534">
              <w:rPr>
                <w:rFonts w:ascii="ＭＳ ゴシック" w:hAnsi="ＭＳ ゴシック" w:hint="eastAsia"/>
                <w:b/>
                <w:lang w:eastAsia="ja-JP"/>
              </w:rPr>
              <w:t>組合名</w:t>
            </w:r>
            <w:r w:rsidR="000B658D">
              <w:rPr>
                <w:rFonts w:ascii="ＭＳ ゴシック" w:hAnsi="ＭＳ ゴシック" w:hint="eastAsia"/>
                <w:b/>
                <w:lang w:eastAsia="ja-JP"/>
              </w:rPr>
              <w:t>（隣組）</w:t>
            </w:r>
          </w:p>
        </w:tc>
        <w:tc>
          <w:tcPr>
            <w:tcW w:w="79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0521A8" w:rsidRDefault="00B45CCF">
            <w:r>
              <w:t>〒</w:t>
            </w:r>
          </w:p>
          <w:p w:rsidR="00BD5534" w:rsidRDefault="00B45CCF" w:rsidP="00BD5534">
            <w:pPr>
              <w:rPr>
                <w:lang w:eastAsia="ja-JP"/>
              </w:rPr>
            </w:pPr>
            <w:r>
              <w:rPr>
                <w:lang w:eastAsia="ja-JP"/>
              </w:rPr>
              <w:t>長野県飯田市</w:t>
            </w:r>
            <w:r w:rsidR="00BD5534">
              <w:rPr>
                <w:lang w:eastAsia="ja-JP"/>
              </w:rPr>
              <w:br/>
            </w:r>
            <w:r w:rsidR="00BD5534">
              <w:rPr>
                <w:lang w:eastAsia="ja-JP"/>
              </w:rPr>
              <w:br/>
            </w:r>
            <w:r w:rsidR="000B658D">
              <w:rPr>
                <w:rFonts w:hint="eastAsia"/>
                <w:lang w:eastAsia="ja-JP"/>
              </w:rPr>
              <w:t>組合名</w:t>
            </w:r>
          </w:p>
        </w:tc>
      </w:tr>
      <w:tr w:rsidR="00C355F8" w:rsidTr="006B25A4">
        <w:trPr>
          <w:trHeight w:val="531"/>
          <w:jc w:val="center"/>
        </w:trPr>
        <w:tc>
          <w:tcPr>
            <w:tcW w:w="19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C355F8" w:rsidRDefault="00B45CCF">
            <w:r>
              <w:rPr>
                <w:rFonts w:ascii="ＭＳ ゴシック" w:hAnsi="ＭＳ ゴシック"/>
                <w:b/>
              </w:rPr>
              <w:t>連絡先</w:t>
            </w:r>
          </w:p>
        </w:tc>
        <w:tc>
          <w:tcPr>
            <w:tcW w:w="79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6B25A4" w:rsidRDefault="00B45CCF" w:rsidP="006B25A4">
            <w:pPr>
              <w:rPr>
                <w:lang w:eastAsia="ja-JP"/>
              </w:rPr>
            </w:pPr>
            <w:r>
              <w:t>固定電話：</w:t>
            </w:r>
            <w:r w:rsidR="008F27AA">
              <w:rPr>
                <w:rFonts w:hint="eastAsia"/>
                <w:lang w:eastAsia="ja-JP"/>
              </w:rPr>
              <w:t>(　　　)</w:t>
            </w:r>
            <w:r w:rsidR="006B25A4">
              <w:rPr>
                <w:rFonts w:hint="eastAsia"/>
                <w:lang w:eastAsia="ja-JP"/>
              </w:rPr>
              <w:t xml:space="preserve">　　　　　</w:t>
            </w:r>
            <w:r w:rsidR="008F27AA">
              <w:rPr>
                <w:rFonts w:hint="eastAsia"/>
                <w:lang w:eastAsia="ja-JP"/>
              </w:rPr>
              <w:t xml:space="preserve">　　</w:t>
            </w:r>
            <w:r>
              <w:t>携帯電話：</w:t>
            </w:r>
            <w:r w:rsidR="008F27AA">
              <w:rPr>
                <w:rFonts w:hint="eastAsia"/>
                <w:lang w:eastAsia="ja-JP"/>
              </w:rPr>
              <w:t>(　　　)</w:t>
            </w:r>
          </w:p>
          <w:p w:rsidR="00C355F8" w:rsidRDefault="00B45CCF" w:rsidP="006B25A4">
            <w:r>
              <w:t>E-mail：</w:t>
            </w:r>
          </w:p>
        </w:tc>
      </w:tr>
    </w:tbl>
    <w:p w:rsidR="00C355F8" w:rsidRDefault="006B25A4">
      <w:pPr>
        <w:spacing w:after="120"/>
        <w:rPr>
          <w:lang w:eastAsia="ja-JP"/>
        </w:rPr>
      </w:pPr>
      <w:r>
        <w:rPr>
          <w:rFonts w:ascii="ＭＳ ゴシック" w:hAnsi="ＭＳ ゴシック"/>
          <w:b/>
          <w:sz w:val="24"/>
          <w:lang w:eastAsia="ja-JP"/>
        </w:rPr>
        <w:br/>
      </w:r>
      <w:r w:rsidR="00B45CCF">
        <w:rPr>
          <w:rFonts w:ascii="ＭＳ ゴシック" w:hAnsi="ＭＳ ゴシック"/>
          <w:b/>
          <w:sz w:val="24"/>
          <w:lang w:eastAsia="ja-JP"/>
        </w:rPr>
        <w:t xml:space="preserve">2. </w:t>
      </w:r>
      <w:r w:rsidR="002C02BF">
        <w:rPr>
          <w:rFonts w:ascii="ＭＳ ゴシック" w:hAnsi="ＭＳ ゴシック"/>
          <w:b/>
          <w:sz w:val="24"/>
          <w:lang w:eastAsia="ja-JP"/>
        </w:rPr>
        <w:t>申込区分（いずれか一方</w:t>
      </w:r>
      <w:r w:rsidR="002C02BF">
        <w:rPr>
          <w:rFonts w:ascii="ＭＳ ゴシック" w:hAnsi="ＭＳ ゴシック" w:hint="eastAsia"/>
          <w:b/>
          <w:sz w:val="24"/>
          <w:lang w:eastAsia="ja-JP"/>
        </w:rPr>
        <w:t>に☑</w:t>
      </w:r>
      <w:r w:rsidR="00B45CCF">
        <w:rPr>
          <w:rFonts w:ascii="ＭＳ ゴシック" w:hAnsi="ＭＳ ゴシック"/>
          <w:b/>
          <w:sz w:val="24"/>
          <w:lang w:eastAsia="ja-JP"/>
        </w:rPr>
        <w:t>をご記入ください）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225"/>
        <w:gridCol w:w="2693"/>
      </w:tblGrid>
      <w:tr w:rsidR="003C3390" w:rsidTr="008F27AA">
        <w:trPr>
          <w:trHeight w:val="2288"/>
          <w:jc w:val="center"/>
        </w:trPr>
        <w:tc>
          <w:tcPr>
            <w:tcW w:w="72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3C3390" w:rsidRPr="00E52D1E" w:rsidRDefault="003C3390" w:rsidP="00F12F81">
            <w:pPr>
              <w:ind w:left="211" w:hangingChars="100" w:hanging="211"/>
              <w:rPr>
                <w:lang w:eastAsia="ja-JP"/>
              </w:rPr>
            </w:pPr>
            <w:r>
              <w:rPr>
                <w:b/>
                <w:lang w:eastAsia="ja-JP"/>
              </w:rPr>
              <w:t>□ 地域推薦枠</w:t>
            </w:r>
            <w:r>
              <w:rPr>
                <w:b/>
                <w:lang w:eastAsia="ja-JP"/>
              </w:rPr>
              <w:br/>
            </w:r>
            <w:r>
              <w:rPr>
                <w:lang w:eastAsia="ja-JP"/>
              </w:rPr>
              <w:t>自己負担額：31,900円</w:t>
            </w:r>
            <w:r>
              <w:rPr>
                <w:lang w:eastAsia="ja-JP"/>
              </w:rPr>
              <w:br/>
            </w:r>
            <w:r w:rsidRPr="00E52D1E">
              <w:rPr>
                <w:rFonts w:hint="eastAsia"/>
                <w:lang w:eastAsia="ja-JP"/>
              </w:rPr>
              <w:t>※地域推薦を受けた30</w:t>
            </w:r>
            <w:r w:rsidR="00605A80">
              <w:rPr>
                <w:rFonts w:hint="eastAsia"/>
                <w:lang w:eastAsia="ja-JP"/>
              </w:rPr>
              <w:t>歳未満の方で、飯田市消防団に入団</w:t>
            </w:r>
            <w:r w:rsidR="00F12F81">
              <w:rPr>
                <w:rFonts w:hint="eastAsia"/>
                <w:lang w:eastAsia="ja-JP"/>
              </w:rPr>
              <w:t>している方</w:t>
            </w:r>
            <w:r w:rsidR="008F27AA">
              <w:rPr>
                <w:rFonts w:hint="eastAsia"/>
                <w:lang w:eastAsia="ja-JP"/>
              </w:rPr>
              <w:t xml:space="preserve">　</w:t>
            </w:r>
            <w:r w:rsidR="00F12F81">
              <w:rPr>
                <w:rFonts w:hint="eastAsia"/>
                <w:lang w:eastAsia="ja-JP"/>
              </w:rPr>
              <w:t xml:space="preserve">　</w:t>
            </w:r>
            <w:r w:rsidR="00F12F81">
              <w:rPr>
                <w:lang w:eastAsia="ja-JP"/>
              </w:rPr>
              <w:br/>
            </w:r>
            <w:r w:rsidRPr="00E52D1E">
              <w:rPr>
                <w:rFonts w:hint="eastAsia"/>
                <w:lang w:eastAsia="ja-JP"/>
              </w:rPr>
              <w:t>または、新規入団される方については、受講費全額免除となります。</w:t>
            </w:r>
          </w:p>
          <w:p w:rsidR="003C3390" w:rsidRDefault="003C3390" w:rsidP="006B25A4">
            <w:pPr>
              <w:ind w:left="210" w:hangingChars="100" w:hanging="210"/>
              <w:rPr>
                <w:lang w:eastAsia="ja-JP"/>
              </w:rPr>
            </w:pPr>
            <w:r>
              <w:rPr>
                <w:lang w:eastAsia="ja-JP"/>
              </w:rPr>
              <w:t>【推薦者（</w:t>
            </w:r>
            <w:r>
              <w:rPr>
                <w:rFonts w:hint="eastAsia"/>
                <w:lang w:eastAsia="ja-JP"/>
              </w:rPr>
              <w:t>自主防災組織</w:t>
            </w:r>
            <w:r>
              <w:rPr>
                <w:lang w:eastAsia="ja-JP"/>
              </w:rPr>
              <w:t>）記入欄】</w:t>
            </w:r>
            <w:r>
              <w:rPr>
                <w:lang w:eastAsia="ja-JP"/>
              </w:rPr>
              <w:br/>
            </w:r>
            <w:r>
              <w:br/>
              <w:t>自主防災</w:t>
            </w:r>
            <w:r>
              <w:rPr>
                <w:rFonts w:hint="eastAsia"/>
                <w:lang w:eastAsia="ja-JP"/>
              </w:rPr>
              <w:t>組織</w:t>
            </w:r>
            <w:r>
              <w:t>名：＿＿＿＿＿＿＿＿＿＿＿＿</w:t>
            </w:r>
            <w:r>
              <w:br/>
            </w:r>
            <w:r>
              <w:br/>
              <w:t>会長氏名：＿＿＿＿＿＿＿＿＿＿＿</w:t>
            </w:r>
            <w:r>
              <w:rPr>
                <w:rFonts w:hint="eastAsia"/>
                <w:lang w:eastAsia="ja-JP"/>
              </w:rPr>
              <w:t xml:space="preserve">　　</w:t>
            </w:r>
            <w:r>
              <w:t>印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3C3390" w:rsidRDefault="00605A80" w:rsidP="003C3390">
            <w:pPr>
              <w:ind w:left="210" w:hangingChars="100" w:hanging="2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【消防団入団</w:t>
            </w:r>
            <w:r w:rsidR="003C3390">
              <w:rPr>
                <w:rFonts w:hint="eastAsia"/>
                <w:lang w:eastAsia="ja-JP"/>
              </w:rPr>
              <w:t>状況】</w:t>
            </w:r>
            <w:r w:rsidR="003C3390">
              <w:rPr>
                <w:lang w:eastAsia="ja-JP"/>
              </w:rPr>
              <w:br/>
            </w:r>
          </w:p>
          <w:p w:rsidR="003C3390" w:rsidRDefault="003C3390" w:rsidP="003C3390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　有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>□　無</w:t>
            </w:r>
            <w:r>
              <w:rPr>
                <w:lang w:eastAsia="ja-JP"/>
              </w:rPr>
              <w:br/>
            </w:r>
            <w:r w:rsidR="00605A80">
              <w:rPr>
                <w:rFonts w:hint="eastAsia"/>
                <w:lang w:eastAsia="ja-JP"/>
              </w:rPr>
              <w:t>□　新規入団</w:t>
            </w:r>
          </w:p>
        </w:tc>
      </w:tr>
      <w:tr w:rsidR="008F27AA" w:rsidTr="008F27AA">
        <w:trPr>
          <w:trHeight w:val="860"/>
          <w:jc w:val="center"/>
        </w:trPr>
        <w:tc>
          <w:tcPr>
            <w:tcW w:w="99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8F27AA" w:rsidRDefault="008F27AA" w:rsidP="00F12F81">
            <w:pPr>
              <w:ind w:left="211" w:hangingChars="100" w:hanging="211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□ 一般枠</w:t>
            </w:r>
            <w:r>
              <w:rPr>
                <w:b/>
                <w:lang w:eastAsia="ja-JP"/>
              </w:rPr>
              <w:br/>
            </w:r>
            <w:r>
              <w:rPr>
                <w:lang w:eastAsia="ja-JP"/>
              </w:rPr>
              <w:t xml:space="preserve">自己負担額：63,800円 </w:t>
            </w:r>
            <w:r>
              <w:rPr>
                <w:lang w:eastAsia="ja-JP"/>
              </w:rPr>
              <w:br/>
              <w:t>※一般枠での応募の方は、</w:t>
            </w:r>
            <w:r>
              <w:rPr>
                <w:rFonts w:hint="eastAsia"/>
                <w:lang w:eastAsia="ja-JP"/>
              </w:rPr>
              <w:t>前記の</w:t>
            </w:r>
            <w:r>
              <w:rPr>
                <w:lang w:eastAsia="ja-JP"/>
              </w:rPr>
              <w:t>推薦者記入欄は不要です。そのまま提出してください。</w:t>
            </w:r>
          </w:p>
        </w:tc>
      </w:tr>
    </w:tbl>
    <w:p w:rsidR="008F27AA" w:rsidRDefault="008F27AA" w:rsidP="00BA0B79">
      <w:pPr>
        <w:rPr>
          <w:rFonts w:ascii="ＭＳ ゴシック" w:hAnsi="ＭＳ ゴシック"/>
          <w:b/>
          <w:sz w:val="24"/>
          <w:lang w:eastAsia="ja-JP"/>
        </w:rPr>
      </w:pPr>
    </w:p>
    <w:p w:rsidR="00BA0B79" w:rsidRPr="00BA0B79" w:rsidRDefault="00B45CCF" w:rsidP="00BA0B79">
      <w:pPr>
        <w:rPr>
          <w:lang w:eastAsia="ja-JP"/>
        </w:rPr>
      </w:pPr>
      <w:r>
        <w:rPr>
          <w:rFonts w:ascii="ＭＳ ゴシック" w:hAnsi="ＭＳ ゴシック"/>
          <w:b/>
          <w:sz w:val="24"/>
          <w:lang w:eastAsia="ja-JP"/>
        </w:rPr>
        <w:t xml:space="preserve">3. </w:t>
      </w:r>
      <w:r w:rsidR="00B50448">
        <w:rPr>
          <w:rFonts w:ascii="ＭＳ ゴシック" w:hAnsi="ＭＳ ゴシック"/>
          <w:b/>
          <w:sz w:val="24"/>
          <w:lang w:eastAsia="ja-JP"/>
        </w:rPr>
        <w:t>誓約</w:t>
      </w:r>
      <w:r>
        <w:rPr>
          <w:rFonts w:ascii="ＭＳ ゴシック" w:hAnsi="ＭＳ ゴシック"/>
          <w:b/>
          <w:sz w:val="24"/>
          <w:lang w:eastAsia="ja-JP"/>
        </w:rPr>
        <w:t>事項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355F8" w:rsidTr="00DB3732">
        <w:trPr>
          <w:trHeight w:val="4956"/>
          <w:jc w:val="center"/>
        </w:trPr>
        <w:tc>
          <w:tcPr>
            <w:tcW w:w="93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2F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B50448" w:rsidRPr="00F7414A" w:rsidRDefault="00F7414A" w:rsidP="00B50448">
            <w:pPr>
              <w:spacing w:line="312" w:lineRule="auto"/>
              <w:rPr>
                <w:lang w:eastAsia="ja-JP"/>
              </w:rPr>
            </w:pPr>
            <w:r>
              <w:rPr>
                <w:b/>
                <w:lang w:eastAsia="ja-JP"/>
              </w:rPr>
              <w:t>受</w:t>
            </w:r>
            <w:r w:rsidR="00B50448">
              <w:rPr>
                <w:b/>
                <w:lang w:eastAsia="ja-JP"/>
              </w:rPr>
              <w:t>講申込にあたり、以下のすべての事項を確認し、遵守することを</w:t>
            </w:r>
            <w:r>
              <w:rPr>
                <w:b/>
                <w:lang w:eastAsia="ja-JP"/>
              </w:rPr>
              <w:t>誓約します。</w:t>
            </w:r>
            <w:r>
              <w:rPr>
                <w:b/>
                <w:lang w:eastAsia="ja-JP"/>
              </w:rPr>
              <w:br/>
            </w:r>
            <w:r>
              <w:rPr>
                <w:b/>
                <w:lang w:eastAsia="ja-JP"/>
              </w:rPr>
              <w:br/>
              <w:t>（1）資格取得の意思</w:t>
            </w:r>
            <w:r>
              <w:rPr>
                <w:b/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　 </w:t>
            </w:r>
            <w:r>
              <w:rPr>
                <w:lang w:eastAsia="ja-JP"/>
              </w:rPr>
              <w:t>現在、防災士資格を取得しておらず、本研修の全日程（2日間）をすべて受講し、試験合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 </w:t>
            </w:r>
            <w:r>
              <w:rPr>
                <w:lang w:eastAsia="ja-JP"/>
              </w:rPr>
              <w:t>格および資格登録を行う意思があります。</w:t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b/>
                <w:lang w:eastAsia="ja-JP"/>
              </w:rPr>
              <w:t>（2）事前学習の実施</w:t>
            </w:r>
            <w:r>
              <w:rPr>
                <w:b/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　 </w:t>
            </w:r>
            <w:r>
              <w:rPr>
                <w:lang w:eastAsia="ja-JP"/>
              </w:rPr>
              <w:t>研修開始までに、送付される教本を用いて十分な事前学習を行い、「履修確認レポート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 </w:t>
            </w:r>
            <w:r>
              <w:rPr>
                <w:lang w:eastAsia="ja-JP"/>
              </w:rPr>
              <w:t>（事前課題）」を自身の力で完成させて、研修初日の受付時に必ず提出します。</w:t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b/>
                <w:lang w:eastAsia="ja-JP"/>
              </w:rPr>
              <w:t>（3</w:t>
            </w:r>
            <w:r w:rsidR="00B50448">
              <w:rPr>
                <w:b/>
                <w:lang w:eastAsia="ja-JP"/>
              </w:rPr>
              <w:t>）飯田市防災士名簿への登録</w:t>
            </w:r>
            <w:r w:rsidR="00B50448">
              <w:rPr>
                <w:rFonts w:hint="eastAsia"/>
                <w:b/>
                <w:lang w:eastAsia="ja-JP"/>
              </w:rPr>
              <w:t>（</w:t>
            </w:r>
            <w:r w:rsidR="00B50448">
              <w:rPr>
                <w:b/>
                <w:lang w:eastAsia="ja-JP"/>
              </w:rPr>
              <w:t>地域推薦枠</w:t>
            </w:r>
            <w:r>
              <w:rPr>
                <w:b/>
                <w:lang w:eastAsia="ja-JP"/>
              </w:rPr>
              <w:t>のみ適用）</w:t>
            </w:r>
            <w:r>
              <w:rPr>
                <w:b/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　 </w:t>
            </w:r>
            <w:r>
              <w:rPr>
                <w:lang w:eastAsia="ja-JP"/>
              </w:rPr>
              <w:t>市の補助（</w:t>
            </w:r>
            <w:r>
              <w:rPr>
                <w:rFonts w:hint="eastAsia"/>
                <w:lang w:eastAsia="ja-JP"/>
              </w:rPr>
              <w:t>受講</w:t>
            </w:r>
            <w:r>
              <w:rPr>
                <w:lang w:eastAsia="ja-JP"/>
              </w:rPr>
              <w:t>費用の</w:t>
            </w:r>
            <w:r>
              <w:rPr>
                <w:rFonts w:hint="eastAsia"/>
                <w:lang w:eastAsia="ja-JP"/>
              </w:rPr>
              <w:t>2分の1</w:t>
            </w:r>
            <w:r>
              <w:rPr>
                <w:lang w:eastAsia="ja-JP"/>
              </w:rPr>
              <w:t>を補助）を受けて受講する場合、資格取得後に「飯田市防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 xml:space="preserve">　 </w:t>
            </w:r>
            <w:r w:rsidR="00AE63A1">
              <w:rPr>
                <w:lang w:eastAsia="ja-JP"/>
              </w:rPr>
              <w:t>災士名簿」に登録</w:t>
            </w:r>
            <w:r>
              <w:rPr>
                <w:lang w:eastAsia="ja-JP"/>
              </w:rPr>
              <w:t>されることに同意します。また、取得後は地域の自主防災組織</w:t>
            </w:r>
            <w:r>
              <w:rPr>
                <w:rFonts w:hint="eastAsia"/>
                <w:lang w:eastAsia="ja-JP"/>
              </w:rPr>
              <w:t>と連携し</w:t>
            </w:r>
            <w:r>
              <w:rPr>
                <w:lang w:eastAsia="ja-JP"/>
              </w:rPr>
              <w:t>、</w:t>
            </w:r>
            <w:r w:rsidR="00AE63A1">
              <w:rPr>
                <w:lang w:eastAsia="ja-JP"/>
              </w:rPr>
              <w:br/>
            </w:r>
            <w:r w:rsidR="00AE63A1">
              <w:rPr>
                <w:rFonts w:hint="eastAsia"/>
                <w:lang w:eastAsia="ja-JP"/>
              </w:rPr>
              <w:t xml:space="preserve">　 </w:t>
            </w:r>
            <w:r w:rsidR="00605A80">
              <w:rPr>
                <w:lang w:eastAsia="ja-JP"/>
              </w:rPr>
              <w:t>防災訓練への参画や防災学習等</w:t>
            </w:r>
            <w:r>
              <w:rPr>
                <w:lang w:eastAsia="ja-JP"/>
              </w:rPr>
              <w:t>に協力します。</w:t>
            </w:r>
          </w:p>
        </w:tc>
      </w:tr>
    </w:tbl>
    <w:p w:rsidR="00A94F81" w:rsidRDefault="00DB3732" w:rsidP="00A94F81">
      <w:pPr>
        <w:autoSpaceDE w:val="0"/>
        <w:autoSpaceDN w:val="0"/>
        <w:adjustRightInd w:val="0"/>
        <w:ind w:leftChars="100" w:left="420" w:hangingChars="100" w:hanging="210"/>
        <w:rPr>
          <w:lang w:eastAsia="ja-JP"/>
        </w:rPr>
      </w:pPr>
      <w:r w:rsidRPr="00DB3732">
        <w:rPr>
          <w:rFonts w:hint="eastAsia"/>
          <w:lang w:eastAsia="ja-JP"/>
        </w:rPr>
        <w:t>※本研修は、防災士研修センターとの共催により実施します。</w:t>
      </w:r>
      <w:r w:rsidR="00B50448">
        <w:rPr>
          <w:lang w:eastAsia="ja-JP"/>
        </w:rPr>
        <w:br/>
      </w:r>
      <w:r w:rsidR="00B50448">
        <w:rPr>
          <w:rFonts w:hint="eastAsia"/>
          <w:lang w:eastAsia="ja-JP"/>
        </w:rPr>
        <w:t>※一般枠で受験され</w:t>
      </w:r>
      <w:r w:rsidR="00B50448" w:rsidRPr="00B50448">
        <w:rPr>
          <w:rFonts w:hint="eastAsia"/>
          <w:lang w:eastAsia="ja-JP"/>
        </w:rPr>
        <w:t>た方でも、防災士名簿への登録ができますので、ご協力をお願いします。</w:t>
      </w:r>
    </w:p>
    <w:p w:rsidR="00A94F81" w:rsidRPr="007670CD" w:rsidRDefault="00A94F81" w:rsidP="00A94F81">
      <w:pPr>
        <w:autoSpaceDE w:val="0"/>
        <w:autoSpaceDN w:val="0"/>
        <w:adjustRightInd w:val="0"/>
        <w:ind w:leftChars="100" w:left="421" w:hangingChars="100" w:hanging="211"/>
        <w:rPr>
          <w:rFonts w:asciiTheme="minorEastAsia" w:hAnsiTheme="minorEastAsia"/>
          <w:b/>
          <w:szCs w:val="21"/>
          <w:lang w:eastAsia="ja-JP"/>
        </w:rPr>
      </w:pPr>
      <w:r w:rsidRPr="007670CD">
        <w:rPr>
          <w:rFonts w:asciiTheme="minorEastAsia" w:hAnsiTheme="minorEastAsia" w:hint="eastAsia"/>
          <w:b/>
          <w:szCs w:val="21"/>
          <w:lang w:eastAsia="ja-JP"/>
        </w:rPr>
        <w:t>※研修開催について</w:t>
      </w:r>
      <w:r w:rsidRPr="007670CD">
        <w:rPr>
          <w:rFonts w:asciiTheme="minorEastAsia" w:hAnsiTheme="minorEastAsia"/>
          <w:b/>
          <w:szCs w:val="21"/>
          <w:lang w:eastAsia="ja-JP"/>
        </w:rPr>
        <w:br/>
      </w:r>
      <w:r w:rsidRPr="007670CD">
        <w:rPr>
          <w:rFonts w:asciiTheme="minorEastAsia" w:hAnsiTheme="minorEastAsia" w:hint="eastAsia"/>
          <w:b/>
          <w:szCs w:val="21"/>
          <w:u w:val="single"/>
          <w:lang w:eastAsia="ja-JP"/>
        </w:rPr>
        <w:t>定員に達しない場合や災害その他の事情により中止や日程・会場が変更となる場合が</w:t>
      </w:r>
      <w:r>
        <w:rPr>
          <w:rFonts w:asciiTheme="minorEastAsia" w:hAnsiTheme="minorEastAsia" w:hint="eastAsia"/>
          <w:b/>
          <w:szCs w:val="21"/>
          <w:u w:val="single"/>
          <w:lang w:eastAsia="ja-JP"/>
        </w:rPr>
        <w:t>ございます</w:t>
      </w:r>
      <w:r w:rsidRPr="007670CD">
        <w:rPr>
          <w:rFonts w:asciiTheme="minorEastAsia" w:hAnsiTheme="minorEastAsia" w:hint="eastAsia"/>
          <w:b/>
          <w:szCs w:val="21"/>
          <w:u w:val="single"/>
          <w:lang w:eastAsia="ja-JP"/>
        </w:rPr>
        <w:t>。</w:t>
      </w:r>
    </w:p>
    <w:p w:rsidR="00C355F8" w:rsidRPr="008F27AA" w:rsidRDefault="003C3390" w:rsidP="008F27AA">
      <w:pPr>
        <w:spacing w:after="360"/>
        <w:ind w:leftChars="200" w:left="420"/>
        <w:rPr>
          <w:b/>
          <w:lang w:eastAsia="ja-JP"/>
        </w:rPr>
      </w:pPr>
      <w:r>
        <w:rPr>
          <w:lang w:eastAsia="ja-JP"/>
        </w:rPr>
        <w:br/>
      </w:r>
      <w:r w:rsidR="00B50448">
        <w:rPr>
          <w:b/>
          <w:lang w:eastAsia="ja-JP"/>
        </w:rPr>
        <w:t>上記の誓約</w:t>
      </w:r>
      <w:r w:rsidR="00B45CCF">
        <w:rPr>
          <w:b/>
          <w:lang w:eastAsia="ja-JP"/>
        </w:rPr>
        <w:t>事項についてすべて確認し、相違ないことを誓約します。</w:t>
      </w:r>
      <w:r>
        <w:rPr>
          <w:b/>
          <w:lang w:eastAsia="ja-JP"/>
        </w:rPr>
        <w:br/>
      </w:r>
      <w:r>
        <w:rPr>
          <w:b/>
          <w:lang w:eastAsia="ja-JP"/>
        </w:rPr>
        <w:br/>
      </w:r>
      <w:r w:rsidR="00B45CCF">
        <w:rPr>
          <w:b/>
          <w:lang w:eastAsia="ja-JP"/>
        </w:rPr>
        <w:br/>
      </w:r>
      <w:r w:rsidR="00B45CCF">
        <w:rPr>
          <w:b/>
          <w:sz w:val="24"/>
          <w:lang w:eastAsia="ja-JP"/>
        </w:rPr>
        <w:t>受講者本人自署（氏名）：</w:t>
      </w:r>
      <w:r w:rsidR="00911CEC">
        <w:rPr>
          <w:rFonts w:hint="eastAsia"/>
          <w:b/>
          <w:sz w:val="24"/>
          <w:lang w:eastAsia="ja-JP"/>
        </w:rPr>
        <w:t xml:space="preserve">　　　　　　　　　　　　　　　　　　</w:t>
      </w:r>
      <w:r w:rsidR="002C02BF">
        <w:rPr>
          <w:b/>
          <w:sz w:val="24"/>
          <w:lang w:eastAsia="ja-JP"/>
        </w:rPr>
        <w:br/>
      </w:r>
      <w:r w:rsidR="002C02BF">
        <w:rPr>
          <w:rFonts w:hint="eastAsia"/>
          <w:b/>
          <w:sz w:val="24"/>
          <w:lang w:eastAsia="ja-JP"/>
        </w:rPr>
        <w:t xml:space="preserve">　　　　　　　　　　　　―――――――――――――――――――</w:t>
      </w:r>
      <w:r>
        <w:rPr>
          <w:b/>
          <w:sz w:val="24"/>
          <w:lang w:eastAsia="ja-JP"/>
        </w:rPr>
        <w:br/>
      </w:r>
      <w:r>
        <w:rPr>
          <w:b/>
          <w:sz w:val="24"/>
          <w:lang w:eastAsia="ja-JP"/>
        </w:rPr>
        <w:br/>
      </w:r>
      <w:r w:rsidR="00B45CCF">
        <w:rPr>
          <w:color w:val="7F7F7F"/>
          <w:lang w:eastAsia="ja-JP"/>
        </w:rPr>
        <w:t>--------------------------------------------------------------------</w:t>
      </w:r>
      <w:r w:rsidR="008F27AA">
        <w:rPr>
          <w:color w:val="7F7F7F"/>
          <w:lang w:eastAsia="ja-JP"/>
        </w:rPr>
        <w:t>----------------------</w:t>
      </w:r>
      <w:r w:rsidR="008F27AA">
        <w:rPr>
          <w:color w:val="7F7F7F"/>
          <w:lang w:eastAsia="ja-JP"/>
        </w:rPr>
        <w:br/>
      </w:r>
      <w:r w:rsidR="008F27AA">
        <w:rPr>
          <w:color w:val="7F7F7F"/>
          <w:lang w:eastAsia="ja-JP"/>
        </w:rPr>
        <w:br/>
      </w:r>
      <w:r w:rsidR="00D215C3">
        <w:rPr>
          <w:b/>
          <w:lang w:eastAsia="ja-JP"/>
        </w:rPr>
        <w:t>【</w:t>
      </w:r>
      <w:r w:rsidR="009E174F">
        <w:rPr>
          <w:rFonts w:hint="eastAsia"/>
          <w:b/>
          <w:lang w:eastAsia="ja-JP"/>
        </w:rPr>
        <w:t>提出先</w:t>
      </w:r>
      <w:r w:rsidR="00B45CCF">
        <w:rPr>
          <w:b/>
          <w:lang w:eastAsia="ja-JP"/>
        </w:rPr>
        <w:t>】</w:t>
      </w:r>
      <w:r w:rsidR="00B45CCF">
        <w:rPr>
          <w:b/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9E174F">
        <w:rPr>
          <w:rFonts w:hint="eastAsia"/>
          <w:lang w:eastAsia="ja-JP"/>
        </w:rPr>
        <w:t>地域推薦枠の方：お住まいの自治振興センター</w:t>
      </w:r>
      <w:r w:rsidR="009E174F">
        <w:rPr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9E174F">
        <w:rPr>
          <w:rFonts w:hint="eastAsia"/>
          <w:lang w:eastAsia="ja-JP"/>
        </w:rPr>
        <w:t>一般枠の方：</w:t>
      </w:r>
      <w:r w:rsidR="00B45CCF">
        <w:rPr>
          <w:lang w:eastAsia="ja-JP"/>
        </w:rPr>
        <w:t xml:space="preserve">飯田市役所 </w:t>
      </w:r>
      <w:r w:rsidR="00435702">
        <w:rPr>
          <w:lang w:eastAsia="ja-JP"/>
        </w:rPr>
        <w:t>危機管理課</w:t>
      </w:r>
      <w:r w:rsidR="006824EC">
        <w:rPr>
          <w:rFonts w:hint="eastAsia"/>
          <w:lang w:eastAsia="ja-JP"/>
        </w:rPr>
        <w:t xml:space="preserve"> 防災係</w:t>
      </w:r>
      <w:r w:rsidR="00435702">
        <w:rPr>
          <w:rFonts w:hint="eastAsia"/>
          <w:lang w:eastAsia="ja-JP"/>
        </w:rPr>
        <w:t>（飯田市役所B棟２階）</w:t>
      </w:r>
      <w:r>
        <w:rPr>
          <w:lang w:eastAsia="ja-JP"/>
        </w:rPr>
        <w:br/>
      </w:r>
      <w:r w:rsidR="008F27AA">
        <w:rPr>
          <w:b/>
          <w:lang w:eastAsia="ja-JP"/>
        </w:rPr>
        <w:br/>
      </w:r>
      <w:r w:rsidR="009E174F" w:rsidRPr="009E174F">
        <w:rPr>
          <w:rFonts w:hint="eastAsia"/>
          <w:b/>
          <w:lang w:eastAsia="ja-JP"/>
        </w:rPr>
        <w:t>【お問い合わせ先】</w:t>
      </w:r>
      <w:r w:rsidR="009E174F">
        <w:rPr>
          <w:b/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B45CCF">
        <w:rPr>
          <w:lang w:eastAsia="ja-JP"/>
        </w:rPr>
        <w:t>〒395-8501 長野県飯田市大久保町2534番地</w:t>
      </w:r>
      <w:r>
        <w:rPr>
          <w:rFonts w:hint="eastAsia"/>
          <w:lang w:eastAsia="ja-JP"/>
        </w:rPr>
        <w:t xml:space="preserve">　</w:t>
      </w:r>
      <w:r w:rsidR="008F27AA">
        <w:rPr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B45CCF">
        <w:rPr>
          <w:lang w:eastAsia="ja-JP"/>
        </w:rPr>
        <w:t>TEL：</w:t>
      </w:r>
      <w:r w:rsidR="00435702">
        <w:rPr>
          <w:lang w:eastAsia="ja-JP"/>
        </w:rPr>
        <w:t>0265-2</w:t>
      </w:r>
      <w:r w:rsidR="00435702">
        <w:rPr>
          <w:rFonts w:hint="eastAsia"/>
          <w:lang w:eastAsia="ja-JP"/>
        </w:rPr>
        <w:t>2</w:t>
      </w:r>
      <w:r w:rsidR="00435702">
        <w:rPr>
          <w:lang w:eastAsia="ja-JP"/>
        </w:rPr>
        <w:t>-</w:t>
      </w:r>
      <w:r w:rsidR="00435702">
        <w:rPr>
          <w:rFonts w:hint="eastAsia"/>
          <w:lang w:eastAsia="ja-JP"/>
        </w:rPr>
        <w:t>4511</w:t>
      </w:r>
      <w:r w:rsidR="00B45CCF">
        <w:rPr>
          <w:lang w:eastAsia="ja-JP"/>
        </w:rPr>
        <w:t>（内線</w:t>
      </w:r>
      <w:r w:rsidR="00435702">
        <w:rPr>
          <w:rFonts w:hint="eastAsia"/>
          <w:lang w:eastAsia="ja-JP"/>
        </w:rPr>
        <w:t>2432</w:t>
      </w:r>
      <w:r w:rsidR="00B45CCF">
        <w:rPr>
          <w:lang w:eastAsia="ja-JP"/>
        </w:rPr>
        <w:t>）</w:t>
      </w:r>
      <w:r w:rsidR="008F27AA">
        <w:rPr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AE63A1">
        <w:rPr>
          <w:lang w:eastAsia="ja-JP"/>
        </w:rPr>
        <w:t>FAX：0265-</w:t>
      </w:r>
      <w:r w:rsidR="00AE63A1">
        <w:rPr>
          <w:rFonts w:hint="eastAsia"/>
          <w:lang w:eastAsia="ja-JP"/>
        </w:rPr>
        <w:t>24-9316</w:t>
      </w:r>
      <w:r w:rsidR="00AE63A1">
        <w:rPr>
          <w:lang w:eastAsia="ja-JP"/>
        </w:rPr>
        <w:br/>
      </w:r>
      <w:r w:rsidR="008F27AA">
        <w:rPr>
          <w:rFonts w:hint="eastAsia"/>
          <w:lang w:eastAsia="ja-JP"/>
        </w:rPr>
        <w:t xml:space="preserve">　</w:t>
      </w:r>
      <w:r w:rsidR="00B45CCF">
        <w:rPr>
          <w:lang w:eastAsia="ja-JP"/>
        </w:rPr>
        <w:t>E-mail：</w:t>
      </w:r>
      <w:hyperlink r:id="rId8" w:history="1">
        <w:r w:rsidR="00AE63A1" w:rsidRPr="008B00F7">
          <w:rPr>
            <w:rStyle w:val="aff1"/>
            <w:lang w:eastAsia="ja-JP"/>
          </w:rPr>
          <w:t>bousai@city.iida.</w:t>
        </w:r>
        <w:r w:rsidR="00AE63A1" w:rsidRPr="008B00F7">
          <w:rPr>
            <w:rStyle w:val="aff1"/>
            <w:rFonts w:hint="eastAsia"/>
            <w:lang w:eastAsia="ja-JP"/>
          </w:rPr>
          <w:t>n</w:t>
        </w:r>
        <w:r w:rsidR="00AE63A1" w:rsidRPr="008B00F7">
          <w:rPr>
            <w:rStyle w:val="aff1"/>
            <w:lang w:eastAsia="ja-JP"/>
          </w:rPr>
          <w:t>agano.jp</w:t>
        </w:r>
      </w:hyperlink>
    </w:p>
    <w:sectPr w:rsidR="00C355F8" w:rsidRPr="008F27AA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45B" w:rsidRDefault="00F1745B" w:rsidP="00BA0B79">
      <w:pPr>
        <w:spacing w:after="0" w:line="240" w:lineRule="auto"/>
      </w:pPr>
      <w:r>
        <w:separator/>
      </w:r>
    </w:p>
  </w:endnote>
  <w:endnote w:type="continuationSeparator" w:id="0">
    <w:p w:rsidR="00F1745B" w:rsidRDefault="00F1745B" w:rsidP="00BA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45B" w:rsidRDefault="00F1745B" w:rsidP="00BA0B79">
      <w:pPr>
        <w:spacing w:after="0" w:line="240" w:lineRule="auto"/>
      </w:pPr>
      <w:r>
        <w:separator/>
      </w:r>
    </w:p>
  </w:footnote>
  <w:footnote w:type="continuationSeparator" w:id="0">
    <w:p w:rsidR="00F1745B" w:rsidRDefault="00F1745B" w:rsidP="00BA0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21A8"/>
    <w:rsid w:val="0006063C"/>
    <w:rsid w:val="00072709"/>
    <w:rsid w:val="000B658D"/>
    <w:rsid w:val="0015074B"/>
    <w:rsid w:val="0029639D"/>
    <w:rsid w:val="002C02BF"/>
    <w:rsid w:val="002F709B"/>
    <w:rsid w:val="00326F90"/>
    <w:rsid w:val="003C3390"/>
    <w:rsid w:val="00435702"/>
    <w:rsid w:val="004863C0"/>
    <w:rsid w:val="004D0603"/>
    <w:rsid w:val="0058083B"/>
    <w:rsid w:val="00605A80"/>
    <w:rsid w:val="006824EC"/>
    <w:rsid w:val="00684B9D"/>
    <w:rsid w:val="006B25A4"/>
    <w:rsid w:val="007A75BB"/>
    <w:rsid w:val="008F27AA"/>
    <w:rsid w:val="00911CEC"/>
    <w:rsid w:val="009E174F"/>
    <w:rsid w:val="00A94F81"/>
    <w:rsid w:val="00AA1D8D"/>
    <w:rsid w:val="00AE63A1"/>
    <w:rsid w:val="00AE7DDC"/>
    <w:rsid w:val="00B41956"/>
    <w:rsid w:val="00B45CCF"/>
    <w:rsid w:val="00B47730"/>
    <w:rsid w:val="00B50448"/>
    <w:rsid w:val="00B64C3D"/>
    <w:rsid w:val="00BA0B79"/>
    <w:rsid w:val="00BD5534"/>
    <w:rsid w:val="00C351D8"/>
    <w:rsid w:val="00C355F8"/>
    <w:rsid w:val="00CB0664"/>
    <w:rsid w:val="00CE2F2C"/>
    <w:rsid w:val="00D10E40"/>
    <w:rsid w:val="00D215C3"/>
    <w:rsid w:val="00D55A19"/>
    <w:rsid w:val="00D56D40"/>
    <w:rsid w:val="00DB3732"/>
    <w:rsid w:val="00E52D1E"/>
    <w:rsid w:val="00EC1F78"/>
    <w:rsid w:val="00F12F81"/>
    <w:rsid w:val="00F1745B"/>
    <w:rsid w:val="00F41346"/>
    <w:rsid w:val="00F7414A"/>
    <w:rsid w:val="00FC693F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A9CEF00"/>
  <w14:defaultImageDpi w14:val="300"/>
  <w15:docId w15:val="{A70C1BD3-97B8-4422-B60F-231D9C3F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 w:line="288" w:lineRule="auto"/>
    </w:pPr>
    <w:rPr>
      <w:rFonts w:ascii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2C02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2C02BF"/>
    <w:rPr>
      <w:rFonts w:asciiTheme="majorHAnsi" w:eastAsiaTheme="majorEastAsia" w:hAnsiTheme="majorHAnsi" w:cstheme="majorBidi"/>
      <w:sz w:val="18"/>
      <w:szCs w:val="18"/>
    </w:rPr>
  </w:style>
  <w:style w:type="character" w:styleId="aff1">
    <w:name w:val="Hyperlink"/>
    <w:basedOn w:val="a2"/>
    <w:uiPriority w:val="99"/>
    <w:unhideWhenUsed/>
    <w:rsid w:val="00AE6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city.iida.nagan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838E18-A142-40D4-967A-F6288A88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松村 隼人</cp:lastModifiedBy>
  <cp:revision>25</cp:revision>
  <cp:lastPrinted>2026-07-30T02:14:00Z</cp:lastPrinted>
  <dcterms:created xsi:type="dcterms:W3CDTF">2026-07-02T10:25:00Z</dcterms:created>
  <dcterms:modified xsi:type="dcterms:W3CDTF">2026-09-03T07:57:00Z</dcterms:modified>
  <cp:category/>
</cp:coreProperties>
</file>